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71D" w:rsidRDefault="006431E9">
      <w:pPr>
        <w:pStyle w:val="KonuBal"/>
      </w:pPr>
      <w:r>
        <w:t xml:space="preserve">OZD MAZERET SINAVINA </w:t>
      </w:r>
      <w:r w:rsidR="00592FD7">
        <w:t>GİRMEK İSTEYEN ÖĞRENCİ LİSTESİ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39"/>
        <w:gridCol w:w="1432"/>
        <w:gridCol w:w="1417"/>
        <w:gridCol w:w="1430"/>
        <w:gridCol w:w="1418"/>
        <w:gridCol w:w="1420"/>
      </w:tblGrid>
      <w:tr w:rsidR="00A9671D">
        <w:tc>
          <w:tcPr>
            <w:tcW w:w="1440" w:type="dxa"/>
          </w:tcPr>
          <w:p w:rsidR="00A9671D" w:rsidRDefault="006431E9">
            <w:r>
              <w:t>BÖLÜMÜ</w:t>
            </w:r>
          </w:p>
        </w:tc>
        <w:tc>
          <w:tcPr>
            <w:tcW w:w="1440" w:type="dxa"/>
          </w:tcPr>
          <w:p w:rsidR="00A9671D" w:rsidRDefault="006431E9">
            <w:r>
              <w:t>ÖĞRENCİ NO</w:t>
            </w:r>
          </w:p>
        </w:tc>
        <w:tc>
          <w:tcPr>
            <w:tcW w:w="1440" w:type="dxa"/>
          </w:tcPr>
          <w:p w:rsidR="00A9671D" w:rsidRDefault="006431E9">
            <w:r>
              <w:t>ADI SOYADI</w:t>
            </w:r>
          </w:p>
        </w:tc>
        <w:tc>
          <w:tcPr>
            <w:tcW w:w="1440" w:type="dxa"/>
          </w:tcPr>
          <w:p w:rsidR="00A9671D" w:rsidRDefault="006431E9">
            <w:r>
              <w:t>DİLEKÇE TARİHİ</w:t>
            </w:r>
          </w:p>
        </w:tc>
        <w:tc>
          <w:tcPr>
            <w:tcW w:w="1440" w:type="dxa"/>
          </w:tcPr>
          <w:p w:rsidR="00A9671D" w:rsidRDefault="006431E9">
            <w:r>
              <w:t>DİLEKÇE NO</w:t>
            </w:r>
          </w:p>
        </w:tc>
        <w:tc>
          <w:tcPr>
            <w:tcW w:w="1440" w:type="dxa"/>
          </w:tcPr>
          <w:p w:rsidR="00A9671D" w:rsidRDefault="006431E9">
            <w:r>
              <w:t>DURUMU</w:t>
            </w:r>
          </w:p>
        </w:tc>
      </w:tr>
      <w:tr w:rsidR="00A9671D">
        <w:tc>
          <w:tcPr>
            <w:tcW w:w="1440" w:type="dxa"/>
          </w:tcPr>
          <w:p w:rsidR="00A9671D" w:rsidRDefault="006431E9">
            <w:r>
              <w:t>REHBERLİK VE PSİKOLOJİK DANIŞMANLIK</w:t>
            </w:r>
          </w:p>
        </w:tc>
        <w:tc>
          <w:tcPr>
            <w:tcW w:w="1440" w:type="dxa"/>
          </w:tcPr>
          <w:p w:rsidR="00A9671D" w:rsidRDefault="006431E9">
            <w:r>
              <w:t>244402047</w:t>
            </w:r>
          </w:p>
        </w:tc>
        <w:tc>
          <w:tcPr>
            <w:tcW w:w="1440" w:type="dxa"/>
          </w:tcPr>
          <w:p w:rsidR="00A9671D" w:rsidRDefault="006431E9">
            <w:r>
              <w:t>T****N V******A</w:t>
            </w:r>
          </w:p>
        </w:tc>
        <w:tc>
          <w:tcPr>
            <w:tcW w:w="1440" w:type="dxa"/>
          </w:tcPr>
          <w:p w:rsidR="00A9671D" w:rsidRDefault="006431E9">
            <w:r>
              <w:t>09.04.2026</w:t>
            </w:r>
          </w:p>
        </w:tc>
        <w:tc>
          <w:tcPr>
            <w:tcW w:w="1440" w:type="dxa"/>
          </w:tcPr>
          <w:p w:rsidR="00A9671D" w:rsidRDefault="006431E9">
            <w:r>
              <w:t>1233100</w:t>
            </w:r>
          </w:p>
        </w:tc>
        <w:tc>
          <w:tcPr>
            <w:tcW w:w="1440" w:type="dxa"/>
          </w:tcPr>
          <w:p w:rsidR="00A9671D" w:rsidRDefault="006431E9">
            <w:r>
              <w:t>UYGUN</w:t>
            </w:r>
          </w:p>
        </w:tc>
      </w:tr>
      <w:tr w:rsidR="00A9671D">
        <w:tc>
          <w:tcPr>
            <w:tcW w:w="1440" w:type="dxa"/>
          </w:tcPr>
          <w:p w:rsidR="00A9671D" w:rsidRDefault="006431E9">
            <w:r>
              <w:t>TÜRKÇE ÖĞRETMENLİĞİ</w:t>
            </w:r>
          </w:p>
        </w:tc>
        <w:tc>
          <w:tcPr>
            <w:tcW w:w="1440" w:type="dxa"/>
          </w:tcPr>
          <w:p w:rsidR="00A9671D" w:rsidRDefault="006431E9">
            <w:r>
              <w:t>254403019</w:t>
            </w:r>
          </w:p>
        </w:tc>
        <w:tc>
          <w:tcPr>
            <w:tcW w:w="1440" w:type="dxa"/>
          </w:tcPr>
          <w:p w:rsidR="00A9671D" w:rsidRDefault="006431E9">
            <w:r>
              <w:t>N****E T***K</w:t>
            </w:r>
          </w:p>
        </w:tc>
        <w:tc>
          <w:tcPr>
            <w:tcW w:w="1440" w:type="dxa"/>
          </w:tcPr>
          <w:p w:rsidR="00A9671D" w:rsidRDefault="006431E9">
            <w:r>
              <w:t>09.04.2026</w:t>
            </w:r>
          </w:p>
        </w:tc>
        <w:tc>
          <w:tcPr>
            <w:tcW w:w="1440" w:type="dxa"/>
          </w:tcPr>
          <w:p w:rsidR="00A9671D" w:rsidRDefault="006431E9">
            <w:r>
              <w:t>1233105</w:t>
            </w:r>
          </w:p>
        </w:tc>
        <w:tc>
          <w:tcPr>
            <w:tcW w:w="1440" w:type="dxa"/>
          </w:tcPr>
          <w:p w:rsidR="00A9671D" w:rsidRDefault="006431E9">
            <w:r>
              <w:t>UYGUN</w:t>
            </w:r>
          </w:p>
        </w:tc>
      </w:tr>
      <w:tr w:rsidR="00A9671D">
        <w:tc>
          <w:tcPr>
            <w:tcW w:w="1440" w:type="dxa"/>
          </w:tcPr>
          <w:p w:rsidR="00A9671D" w:rsidRDefault="006431E9">
            <w:r>
              <w:t>TÜRKÇE ÖĞRETMENLİĞİ</w:t>
            </w:r>
          </w:p>
        </w:tc>
        <w:tc>
          <w:tcPr>
            <w:tcW w:w="1440" w:type="dxa"/>
          </w:tcPr>
          <w:p w:rsidR="00A9671D" w:rsidRDefault="006431E9">
            <w:r>
              <w:t>254403040</w:t>
            </w:r>
          </w:p>
        </w:tc>
        <w:tc>
          <w:tcPr>
            <w:tcW w:w="1440" w:type="dxa"/>
          </w:tcPr>
          <w:p w:rsidR="00A9671D" w:rsidRDefault="006431E9">
            <w:r>
              <w:t>N***R U****I</w:t>
            </w:r>
          </w:p>
        </w:tc>
        <w:tc>
          <w:tcPr>
            <w:tcW w:w="1440" w:type="dxa"/>
          </w:tcPr>
          <w:p w:rsidR="00A9671D" w:rsidRDefault="006431E9">
            <w:r>
              <w:t>03.04.2026</w:t>
            </w:r>
          </w:p>
        </w:tc>
        <w:tc>
          <w:tcPr>
            <w:tcW w:w="1440" w:type="dxa"/>
          </w:tcPr>
          <w:p w:rsidR="00A9671D" w:rsidRDefault="006431E9">
            <w:r>
              <w:t>1228560</w:t>
            </w:r>
          </w:p>
        </w:tc>
        <w:tc>
          <w:tcPr>
            <w:tcW w:w="1440" w:type="dxa"/>
          </w:tcPr>
          <w:p w:rsidR="00A9671D" w:rsidRDefault="006431E9">
            <w:r>
              <w:t>UYGUN</w:t>
            </w:r>
          </w:p>
        </w:tc>
      </w:tr>
      <w:tr w:rsidR="00A9671D">
        <w:tc>
          <w:tcPr>
            <w:tcW w:w="1440" w:type="dxa"/>
          </w:tcPr>
          <w:p w:rsidR="00A9671D" w:rsidRDefault="006431E9">
            <w:r>
              <w:t>SINIF ÖĞRETMENLİĞİ</w:t>
            </w:r>
          </w:p>
        </w:tc>
        <w:tc>
          <w:tcPr>
            <w:tcW w:w="1440" w:type="dxa"/>
          </w:tcPr>
          <w:p w:rsidR="00A9671D" w:rsidRDefault="006431E9">
            <w:r>
              <w:t>254404032</w:t>
            </w:r>
          </w:p>
        </w:tc>
        <w:tc>
          <w:tcPr>
            <w:tcW w:w="1440" w:type="dxa"/>
          </w:tcPr>
          <w:p w:rsidR="00A9671D" w:rsidRDefault="006431E9">
            <w:r>
              <w:t>Z****P P***S</w:t>
            </w:r>
          </w:p>
        </w:tc>
        <w:tc>
          <w:tcPr>
            <w:tcW w:w="1440" w:type="dxa"/>
          </w:tcPr>
          <w:p w:rsidR="00A9671D" w:rsidRDefault="006431E9">
            <w:r>
              <w:t>02.04.2026</w:t>
            </w:r>
          </w:p>
        </w:tc>
        <w:tc>
          <w:tcPr>
            <w:tcW w:w="1440" w:type="dxa"/>
          </w:tcPr>
          <w:p w:rsidR="00A9671D" w:rsidRDefault="006431E9">
            <w:r>
              <w:t>1227709</w:t>
            </w:r>
          </w:p>
        </w:tc>
        <w:tc>
          <w:tcPr>
            <w:tcW w:w="1440" w:type="dxa"/>
          </w:tcPr>
          <w:p w:rsidR="00A9671D" w:rsidRDefault="006431E9">
            <w:r>
              <w:t>UYGUN</w:t>
            </w:r>
          </w:p>
        </w:tc>
      </w:tr>
    </w:tbl>
    <w:p w:rsidR="006431E9" w:rsidRDefault="006431E9">
      <w:bookmarkStart w:id="0" w:name="_GoBack"/>
      <w:bookmarkEnd w:id="0"/>
    </w:p>
    <w:sectPr w:rsidR="006431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2FD7"/>
    <w:rsid w:val="006431E9"/>
    <w:rsid w:val="00A9671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E5379"/>
  <w14:defaultImageDpi w14:val="300"/>
  <w15:docId w15:val="{5EFC06E1-E4CA-4A3E-945F-E1A5FF50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DB89C4-3DC7-4FF6-91F8-794B29FD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2026-04-24T13:37:00Z</dcterms:modified>
  <cp:category/>
</cp:coreProperties>
</file>