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990" w:rsidRDefault="00925CD0">
      <w:pPr>
        <w:pStyle w:val="Balk1"/>
      </w:pPr>
      <w:r>
        <w:t>EĞİTİM FAKÜLTESİ ÜÇ DERS SINAV TAKVİMİ</w:t>
      </w:r>
      <w:bookmarkStart w:id="0" w:name="_GoBack"/>
      <w:bookmarkEnd w:id="0"/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26"/>
        <w:gridCol w:w="1726"/>
        <w:gridCol w:w="1726"/>
        <w:gridCol w:w="1725"/>
        <w:gridCol w:w="1727"/>
      </w:tblGrid>
      <w:tr w:rsidR="00DD3990">
        <w:tc>
          <w:tcPr>
            <w:tcW w:w="1728" w:type="dxa"/>
          </w:tcPr>
          <w:p w:rsidR="00DD3990" w:rsidRDefault="00925CD0">
            <w:proofErr w:type="spellStart"/>
            <w:r>
              <w:t>Öğrenci</w:t>
            </w:r>
            <w:proofErr w:type="spellEnd"/>
          </w:p>
        </w:tc>
        <w:tc>
          <w:tcPr>
            <w:tcW w:w="1728" w:type="dxa"/>
          </w:tcPr>
          <w:p w:rsidR="00DD3990" w:rsidRDefault="002D1F11">
            <w:r>
              <w:t>Ders</w:t>
            </w:r>
          </w:p>
        </w:tc>
        <w:tc>
          <w:tcPr>
            <w:tcW w:w="1728" w:type="dxa"/>
          </w:tcPr>
          <w:p w:rsidR="00DD3990" w:rsidRDefault="002D1F11">
            <w:r>
              <w:t>Tarih</w:t>
            </w:r>
          </w:p>
        </w:tc>
        <w:tc>
          <w:tcPr>
            <w:tcW w:w="1728" w:type="dxa"/>
          </w:tcPr>
          <w:p w:rsidR="00DD3990" w:rsidRDefault="002D1F11">
            <w:r>
              <w:t>Saat</w:t>
            </w:r>
          </w:p>
        </w:tc>
        <w:tc>
          <w:tcPr>
            <w:tcW w:w="1728" w:type="dxa"/>
          </w:tcPr>
          <w:p w:rsidR="00DD3990" w:rsidRDefault="002D1F11">
            <w:r>
              <w:t>Yer</w:t>
            </w:r>
          </w:p>
        </w:tc>
      </w:tr>
      <w:tr w:rsidR="00DD3990">
        <w:tc>
          <w:tcPr>
            <w:tcW w:w="1728" w:type="dxa"/>
          </w:tcPr>
          <w:p w:rsidR="00DD3990" w:rsidRDefault="002D1F11">
            <w:r>
              <w:t>ZE***** TE********</w:t>
            </w:r>
          </w:p>
        </w:tc>
        <w:tc>
          <w:tcPr>
            <w:tcW w:w="1728" w:type="dxa"/>
          </w:tcPr>
          <w:p w:rsidR="00DD3990" w:rsidRDefault="002D1F11">
            <w:r>
              <w:t>Okullarda Rehberlik</w:t>
            </w:r>
          </w:p>
        </w:tc>
        <w:tc>
          <w:tcPr>
            <w:tcW w:w="1728" w:type="dxa"/>
          </w:tcPr>
          <w:p w:rsidR="00DD3990" w:rsidRDefault="002D1F11">
            <w:r>
              <w:t>16 Temmuz Perşembe</w:t>
            </w:r>
          </w:p>
        </w:tc>
        <w:tc>
          <w:tcPr>
            <w:tcW w:w="1728" w:type="dxa"/>
          </w:tcPr>
          <w:p w:rsidR="00DD3990" w:rsidRDefault="002D1F11">
            <w:r>
              <w:t>13.00</w:t>
            </w:r>
          </w:p>
        </w:tc>
        <w:tc>
          <w:tcPr>
            <w:tcW w:w="1728" w:type="dxa"/>
          </w:tcPr>
          <w:p w:rsidR="00DD3990" w:rsidRDefault="002D1F11">
            <w:r>
              <w:t>S.Ü. Sağlık Hizmetleri Meslek Yüksekokulu A.Z07 nolu akademisyen odası</w:t>
            </w:r>
          </w:p>
        </w:tc>
      </w:tr>
      <w:tr w:rsidR="00DD3990">
        <w:tc>
          <w:tcPr>
            <w:tcW w:w="1728" w:type="dxa"/>
          </w:tcPr>
          <w:p w:rsidR="00DD3990" w:rsidRDefault="002D1F11">
            <w:r>
              <w:t>Nİ****** NE******** AK*******</w:t>
            </w:r>
          </w:p>
        </w:tc>
        <w:tc>
          <w:tcPr>
            <w:tcW w:w="1728" w:type="dxa"/>
          </w:tcPr>
          <w:p w:rsidR="00DD3990" w:rsidRDefault="002D1F11">
            <w:r>
              <w:t>Analiz 1</w:t>
            </w:r>
          </w:p>
        </w:tc>
        <w:tc>
          <w:tcPr>
            <w:tcW w:w="1728" w:type="dxa"/>
          </w:tcPr>
          <w:p w:rsidR="00DD3990" w:rsidRDefault="002D1F11">
            <w:r>
              <w:t>14 Temmuz Salı</w:t>
            </w:r>
          </w:p>
        </w:tc>
        <w:tc>
          <w:tcPr>
            <w:tcW w:w="1728" w:type="dxa"/>
          </w:tcPr>
          <w:p w:rsidR="00DD3990" w:rsidRDefault="002D1F11">
            <w:r>
              <w:t>11.00</w:t>
            </w:r>
          </w:p>
        </w:tc>
        <w:tc>
          <w:tcPr>
            <w:tcW w:w="1728" w:type="dxa"/>
          </w:tcPr>
          <w:p w:rsidR="00DD3990" w:rsidRDefault="002D1F11">
            <w:r>
              <w:t>S.Ü. Eğitim</w:t>
            </w:r>
            <w:r>
              <w:t xml:space="preserve"> Fakültesi akademisyen odası</w:t>
            </w:r>
          </w:p>
        </w:tc>
      </w:tr>
      <w:tr w:rsidR="00DD3990">
        <w:tc>
          <w:tcPr>
            <w:tcW w:w="1728" w:type="dxa"/>
          </w:tcPr>
          <w:p w:rsidR="00DD3990" w:rsidRDefault="002D1F11">
            <w:r>
              <w:t>Nİ****** NE******** AK*******</w:t>
            </w:r>
          </w:p>
        </w:tc>
        <w:tc>
          <w:tcPr>
            <w:tcW w:w="1728" w:type="dxa"/>
          </w:tcPr>
          <w:p w:rsidR="00DD3990" w:rsidRDefault="002D1F11">
            <w:r>
              <w:t>Analiz 3</w:t>
            </w:r>
          </w:p>
        </w:tc>
        <w:tc>
          <w:tcPr>
            <w:tcW w:w="1728" w:type="dxa"/>
          </w:tcPr>
          <w:p w:rsidR="00DD3990" w:rsidRDefault="002D1F11">
            <w:r>
              <w:t>14 Temmuz Salı</w:t>
            </w:r>
          </w:p>
        </w:tc>
        <w:tc>
          <w:tcPr>
            <w:tcW w:w="1728" w:type="dxa"/>
          </w:tcPr>
          <w:p w:rsidR="00DD3990" w:rsidRDefault="002D1F11">
            <w:r>
              <w:t>13.00</w:t>
            </w:r>
          </w:p>
        </w:tc>
        <w:tc>
          <w:tcPr>
            <w:tcW w:w="1728" w:type="dxa"/>
          </w:tcPr>
          <w:p w:rsidR="00DD3990" w:rsidRDefault="002D1F11">
            <w:r>
              <w:t>S.Ü. Eğitim Fakültesi akademisyen odası</w:t>
            </w:r>
          </w:p>
        </w:tc>
      </w:tr>
      <w:tr w:rsidR="00DD3990">
        <w:tc>
          <w:tcPr>
            <w:tcW w:w="1728" w:type="dxa"/>
          </w:tcPr>
          <w:p w:rsidR="00DD3990" w:rsidRDefault="002D1F11">
            <w:r>
              <w:t>Nİ****** NE******** AK*******</w:t>
            </w:r>
          </w:p>
        </w:tc>
        <w:tc>
          <w:tcPr>
            <w:tcW w:w="1728" w:type="dxa"/>
          </w:tcPr>
          <w:p w:rsidR="00DD3990" w:rsidRDefault="002D1F11">
            <w:r>
              <w:t>Sayıların Öğretimi</w:t>
            </w:r>
          </w:p>
        </w:tc>
        <w:tc>
          <w:tcPr>
            <w:tcW w:w="1728" w:type="dxa"/>
          </w:tcPr>
          <w:p w:rsidR="00DD3990" w:rsidRDefault="002D1F11">
            <w:r>
              <w:t>21 Temmuz Salı</w:t>
            </w:r>
          </w:p>
        </w:tc>
        <w:tc>
          <w:tcPr>
            <w:tcW w:w="1728" w:type="dxa"/>
          </w:tcPr>
          <w:p w:rsidR="00DD3990" w:rsidRDefault="002D1F11">
            <w:r>
              <w:t>12.00</w:t>
            </w:r>
          </w:p>
        </w:tc>
        <w:tc>
          <w:tcPr>
            <w:tcW w:w="1728" w:type="dxa"/>
          </w:tcPr>
          <w:p w:rsidR="00DD3990" w:rsidRDefault="002D1F11">
            <w:r>
              <w:t>S.Ü. Eğitim Fakültesi akademisyen odası</w:t>
            </w:r>
          </w:p>
        </w:tc>
      </w:tr>
      <w:tr w:rsidR="00DD3990">
        <w:tc>
          <w:tcPr>
            <w:tcW w:w="1728" w:type="dxa"/>
          </w:tcPr>
          <w:p w:rsidR="00DD3990" w:rsidRDefault="002D1F11">
            <w:r>
              <w:t xml:space="preserve">LE******** </w:t>
            </w:r>
            <w:r>
              <w:t>GU********</w:t>
            </w:r>
          </w:p>
        </w:tc>
        <w:tc>
          <w:tcPr>
            <w:tcW w:w="1728" w:type="dxa"/>
          </w:tcPr>
          <w:p w:rsidR="00DD3990" w:rsidRDefault="002D1F11">
            <w:r>
              <w:t>Psikolojik Testler</w:t>
            </w:r>
          </w:p>
        </w:tc>
        <w:tc>
          <w:tcPr>
            <w:tcW w:w="1728" w:type="dxa"/>
          </w:tcPr>
          <w:p w:rsidR="00DD3990" w:rsidRDefault="002D1F11">
            <w:r>
              <w:t>16 Temmuz Perşembe</w:t>
            </w:r>
          </w:p>
        </w:tc>
        <w:tc>
          <w:tcPr>
            <w:tcW w:w="1728" w:type="dxa"/>
          </w:tcPr>
          <w:p w:rsidR="00DD3990" w:rsidRDefault="002D1F11">
            <w:r>
              <w:t>11.00</w:t>
            </w:r>
          </w:p>
        </w:tc>
        <w:tc>
          <w:tcPr>
            <w:tcW w:w="1728" w:type="dxa"/>
          </w:tcPr>
          <w:p w:rsidR="00DD3990" w:rsidRDefault="002D1F11">
            <w:r>
              <w:t>S.Ü. Eğitim Fakültesi 2. kat seminer salonu</w:t>
            </w:r>
          </w:p>
        </w:tc>
      </w:tr>
    </w:tbl>
    <w:p w:rsidR="002D1F11" w:rsidRDefault="002D1F11"/>
    <w:sectPr w:rsidR="002D1F1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2D1F11"/>
    <w:rsid w:val="00326F90"/>
    <w:rsid w:val="00925CD0"/>
    <w:rsid w:val="00AA1D8D"/>
    <w:rsid w:val="00B47730"/>
    <w:rsid w:val="00CB0664"/>
    <w:rsid w:val="00DD399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79F164"/>
  <w14:defaultImageDpi w14:val="300"/>
  <w15:docId w15:val="{FE727502-C7DB-4422-BBCF-9131A0A1E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87CEF9-B7C2-41B0-A0E8-83C60389C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Casper</cp:lastModifiedBy>
  <cp:revision>2</cp:revision>
  <dcterms:created xsi:type="dcterms:W3CDTF">2026-07-13T13:20:00Z</dcterms:created>
  <dcterms:modified xsi:type="dcterms:W3CDTF">2026-07-13T13:20:00Z</dcterms:modified>
  <cp:category/>
</cp:coreProperties>
</file>